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גיבורים על ארבע – כלבי חילוץ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טקסט מידע ולזהות מבנה מסגרת (פתיחה וסיום דומים)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שורשים ומשקל קטול בטקסט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למיין מילים לפי חלקי דיבר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נבחה בהתלהבות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חוש הריח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במשחק מחבואים קרוב, עם צעצוע ושבחים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הקשר בין הכלב לכלבן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הריח שאדם משאיר באוויר, שהרוח נושאת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הכלב רואה בחיפוש משחק מרגש, בזכות הפרס והשבחים שהוא מקבל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הכלבן לומד לזהות סימנים כמו זנב, קצב והרמת ראש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הטקסט אומר רק "זמן רב", בלי לציין משך מדויק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השורש הנכון הוא ח־ל־ץ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הפתיחה והסיום חוזרים לאותה דמות ויוצרים סגירת מעגל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שורשים ומשקלים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ח־ל־ץ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קטול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מחבואים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מחלץ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אישה שעוסקת בעבודה עם כלבים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לחלץ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מיון לפי חלקי דיבר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(שם עצם)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(פועל)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(שם תואר)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(שם עצם)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(שם תואר)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(פועל)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הבנה מעמיקה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הוא למד שכשהוא מוצא את המתחבא הוא מקבל צעצוע אהוב ושבחים, ולכן הוא מחפש מתוך הנאה ולא מפחד.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הכלבן לומד לקרוא את שפת הגוף של הכלב; הכלב לומד לסמוך על האדם שלו גם בשטח זר ורועש.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נוצרים מתח וסקרנות, הטקסט נעשה מוחשי יותר, והקוראים מתחברים רגשית לדמויות כבר בפתיחה.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קריטריונים להערכה: כתיבה בגוף ראשון, אזכור של ריח או חיפוש, תיאור הקשר עם הכלבנית, טון משחקי ושמח.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ח־ל־ץ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קטול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שמזכירה פרס, צעצוע או שבחים כגורם להנאה מהחיפוש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בהשמעת צליל נביחה ולבקש מהתלמידים לנחש מה הכלב 'אומר'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לאחר הקריאה אפשר לשחק משחק מחבואים קצר בכיתה, שבו תלמיד אחד מגלם 'כלב' שמחפש פתק לפי רמזים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בכיתה את ההבדל בין השורשים ח־ל־ץ ל־ל־ח־ץ, כדי למנוע בלבול נפוץ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גיבורים על ארבע – כלבי חילוץ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בטקסט נפגוש את נוגה, כלבת חילוץ, ואת דנה הכלבנית שלה. נלמד איך כלב לומד לחפש אנשים לפי ריח, ונתרגל גם שורשים ומשקלים מתוך המילים של הטקסט.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עשתה נוגה כשמצאה את המתנדב?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נבחה בהתלהבות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שכבה לישון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ברחה ממנו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נשכה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על מה מתבסס בעיקר כלב חילוץ בחיפוש?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חוש הראייה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חוש הריח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חוש השמיעה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חוש המישוש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מתחיל האימון של גור?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במשחק מחבואים קרוב, עם צעצוע ושבחים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בריצה למרחקים ארוכים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באימון בלילה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בקפיצה מגובה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מהו "החלק החשוב ביותר באימון" לפי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הקשר בין הכלב לכלבן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מהירות הריצה של הכלב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כוח הנשיכה של הכלב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גודלו של הכלב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מהו "ענן הריח"?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עשן מאש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הריח שאדם משאיר באוויר, שהרוח נושאת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ריח האוכל של הכלב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ריח הגשם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כלב החילוץ מפחד מהחיפוש ולכן נמנע ממנו.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הכלבן לומד לקרוא את שפת הגוף של הכלב במהלך האימון.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הטקסט, משך אימון כלב חילוץ הוא תמיד שנה בדיוק.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השורש של המילה "חילוץ" הוא ל־ח־ץ.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הטקסט נפתח ומסתיים עם נוגה, וכך נוצר מבנה מסגרת.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שורשים ומשקלים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השורש המשותף למילים חילוץ, מחלץ, לחלץ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המילים חילוץ, אימון ואיתור בנויות במשקל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המילה מן הטקסט שאינה במשקל קטול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שם בעל התפקיד מהשורש ח־ל־ץ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הסיומת ־נית במילה "כלבנית" מציינת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שם הפועל מהשורש ח־ל־ץ הוא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מיון לפי חלקי דיבר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גור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שם עצם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מזנקת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שם עצם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רגיש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פועל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הקשר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שם תואר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עייפה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פועל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לנבוח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שם תואר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הבנה מעמיקה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מדוע מבחינת הכלב כל חיפוש הוא "משחק מרגש"?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לומד הכלבן ומה לומד הכלב במהלך האימון המשותף?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מרוויחים הקוראים מכך שהטקסט נפתח בסצנה מאימון ולא בהגדרה?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קטע יומן קצר (4–5 משפטים) מנקודת המבט של נוגה אחרי יום אימון.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השורש המשותף למילים חילוץ ולחלץ?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המשקל שבו בנויות המילים חילוץ, אימון ואיתור?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אחד שמסביר למה הכלב רואה בחיפוש משחק.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גיבורים על ארבע – כלבי חילוץ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